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חברות וחוסן – לוח בחירה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תכונות ומאפיינים של חברות אמיתית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פתרון דילמות חברתיות בצורה מכבדת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לבטא רגשות ומחשבות אישיות על חברות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שומר/ת 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להסביר שזה לא הוגן ולהציע ללמוד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ציור של מעגלי קרבה סביבך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אחת דיגיטלית והשנייה במגע אישי ישיר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היא חובה ותמיד נכללת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מתקדם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להביע הערכה על משהו טוב שעשה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א – 4 כללים לכיתה מכבדת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מוסבר בכללי המשחק.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המשבצת המרכזית תמיד חובה ותמיד בפנים.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במשימה.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שלוש רמות: בסיסי, ביניים ומתקדם.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הבנת ערך החברות, דוגמאות ונימוק, שיתוף פעולה, ביטוי אישי.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כוכב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מתקדם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המונחים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(זוכרים ומבינים)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(מיישמים ומנתחים)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ג (מעריכים ויוצרים)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(להבין ולהרגיש את רגשות הזולת)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(עמידה לצד החבר גם בזמנים קשים)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שלושה משפטים הגיוניים עם דוגמה אישית או דמיונית לכל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שתי דוגמאות ברורות המראות הקשבה או עזרה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המשבצת המרכזית היא חובה ותמיד נכללת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שמראה הבנה של ערכי חברות כמו אמון, עזרה או הקשבה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שמראה הבנה שחברות פנים אל פנים כוללת מגע אישי ישיר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חלק הכתיבה בזוגות כדי לעודד שיתוף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בכיתה בתשובות לדילמת ההעתקה לפני המשך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חברות וחוסן – לוח בחירה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הנושאים שבלוח הבחירה 'חברות וחוסן' – תכונות של חבר טוב, דילמות חברתיות, ודרכים לבטא הערכה לחברים.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הכי מאפיין חבר/ה טוב/ה?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שומר/ת סוד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מרכל/ת עליך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מתעלם/ת ממך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מתחרה בך כל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חבר/ה מבקש/ת להעתיק ממך במבחן. מה פתרון הוגן?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לתת להעתיק בלי לחשוב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להסביר שזה לא הוגן ולהציע ללמוד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להתעלם ולא לענות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לספר למורה מיד בלי לדבר איתו/ה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'מפת חברות'?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רשימת כתובות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ציור של מעגלי קרבה סביבך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מפת הדרך לבית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מבחנים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ההבדל בין חברות ברשת לחברות פנים אל פנים, לפי המשימה בלוח?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אחת דיגיטלית והשנייה במגע אישי ישיר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שתיהן זהות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חברות ברשת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תפקיד המשבצת המרכזית (⭐) בלוח הבחירה?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אפשר לדלג עליה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חובה ותמיד נכללת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הכי קלה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רק לקישוט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רמה בלוח דורשת הערכה ויצירה?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בסיסי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מתקדם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רמות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מטרת כרטיס התודה לחבר/ה?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לבקש ממנו טובה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להביע הערכה על משהו טוב שעשה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לבקש סליחה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לתאר בעיה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כוללת הכרזה 'כך נהיה כיתה מחבקת'?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 כללים לכיתה מכבדת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רשימת 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לוח זמנים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כתובת בית הספר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ב'3 בשורה' צריך לבחור 3 משבצות בשורה, בעמודה או באלכסון.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לדלג על המשבצת המרכזית כי היא לא חובה.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במשימת 'מצאו מישהו ש...' צריך לאסוף חתימות של חברים עם תחביב משותף.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המשימות בלוח הן באותה רמת קושי.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במחוון להערכת המשימות יש ארבעה קריטריונים.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במשחק 'מצאו מישהו ש...' צריך לאסוף __________ חתימות.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המשבצת המרכזית בלוח מסומנת בסמל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לנצח צריך לבחור __________ משבצות בשורה.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בדילמת ההעתקה במבחן צריך להציג __________ פתרונות אפשריים.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המשימה של כתיבת מכתב לחבר שרבו איתו שייכת לרמת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המונחים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בסיסי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עמידה לצד החבר גם בזמנים קשים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ביניים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להבין ולהרגיש את רגשות הזולת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מתקדם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מעריכים ויוצרים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אמפתיה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מיישמים ומנתחים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נאמנות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זוכרים ומבינים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השלימו שלושה משפטים: 'חבר אמיתי הוא מי ש...' ולכל משפט הוסיפו דוגמה.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שתי דוגמאות להתנהגות שמראה אמפתיה כלפי חבר.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המשמעות של המשבצת המרכזית בלוח הבחירה?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להתנהגות של חבר טוב.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חברות ברשת לחברות פנים אל פנים?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חברות וחוסן – לוח בחירה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