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חברות וחוסן – לוח 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תכונות ומאפיינים של חברות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דילמות חברתיות בצורה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רגשות ומחשבות אישיות על חברות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שומר/ת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שזה לא הוגן ולהציע ללמוד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ציור של מעגלי קרבה סביבך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אחת דיגיטלית והשנייה במגע אישי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חובה ותמיד נכללת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מתקדם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להביע הערכה על משהו טוב שעשה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4 כללים לכיתה 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בכללי המשחק.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המשבצת המרכזית תמיד חובה ותמיד בפנים.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במשימה.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שלוש רמות: בסיסי, ביניים ומתקדם.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הבנת ערך החברות, דוגמאות ונימוק, שיתוף פעולה, ביטוי אישי.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מתקדם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(זוכרים ומבינים)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(מיישמים ומנתחים)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(מעריכים ויוצרים)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(להבין ולהרגיש את רגשות הזולת)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(עמידה לצד החבר גם בזמנים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הגיוניים עם דוגמה אישית או דמיונית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 דוגמאות ברורות המראות הקשבה או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המשבצת המרכזית היא חובה ותמיד נכללת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שמראה הבנה של ערכי חברות כמו אמון, עזרה או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שחברות פנים אל פנים כוללת מגע אישי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הכתיבה בזוגות כדי לעודד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בתשובות לדילמת ההעתקה לפני המשך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חברות וחוסן – לוח 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חברות טובה. נענה על שאלות על מה זה חבר טוב, ומה עושים כשיש בעיה עם 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קרוב וחם בין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אמפתיה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ולהרגיש מה מרגיש האדם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להישאר לצד החבר גם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צריך לבחור בין שתי אפשרויות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פוסטר עם מסר או כללים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שעוזרת להעריך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קשיים ולהתאושש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שאפשר לסמוך על 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חבר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שומר/ת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מרכל/ת עליך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מתעלם/ת ממך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מתחרה בך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כדאי לעשות אם מבקשים ממך להעתיק?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להעתיק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שזה לא הוגן ולהציע ללמוד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ולא לענות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למורה מיד בלי לדבר איתו/ה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מפת חברות?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כתובות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של מעגלי קרבה סביבך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הדרך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שונה בין חברות באינטרנט לחברות אמיתית?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 דיגיטלית והשנייה במגע אישי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זהות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חברות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הכוכב באמצע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לדלג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חובה ותמיד נכללת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הכי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רק לקישוט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רמה יוצרים דברים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בסיסי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למה כותבים כרטיס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לבקש ממנו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להביע הערכה על משהו טוב שעשה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כתוב בכרזה של הכיתה המחבקת?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כללים לכיתה מכבדת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ב'3 בשורה' צריך לבחור 3 משבצות בשורה, בעמודה או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המשבצת המרכזית כי היא לא חובה.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'מצאו מישהו ש...' צריך לאסוף חתימות של חברים עם תחביב משותף.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המשימות בלוח הן באותה רמת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להערכת המשימות יש ארבעה קריטריונים.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'מצאו מישהו ש...' צריך לאסוף __________ חתימות.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המשבצת המרכזית בלוח מסומנת בסמל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לנצח צריך לבחור __________ משבצות בשורה.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בדילמת ההעתקה במבחן צריך להציג __________ פתרונות אפשריים.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המשימה של כתיבת מכתב לחבר שרבו איתו שייכת לרמת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בסיסי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מיישמים ומנתחים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עמידה לצד החבר גם בזמנים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להבין ולהרגיש את רגשות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אמפתיה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זוכרים ומבינים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נאמנות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מעריכים ויוצרים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 שלושה משפטים: 'חבר אמיתי הוא מי ש...' ולכל משפט הוסיפו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דוגמאות להתנהגות שמראה אמפתיה כלפי חבר.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המשבצת המרכזית בלוח הבחירה?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של חבר טוב.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חברות ברשת לחברות פנים אל פנים?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חברות וחוסן – לוח בחירה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